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8" w:space="4" w:color="7C3AED"/>
        </w:pBdr>
      </w:pPr>
      <w:r>
        <w:rPr>
          <w:b/>
          <w:sz w:val="36"/>
        </w:rPr>
        <w:t>Underrate</w:t>
      </w:r>
      <w:r>
        <w:rPr>
          <w:b/>
          <w:color w:val="7C3AED"/>
          <w:sz w:val="36"/>
        </w:rPr>
        <w:t>Art</w:t>
      </w:r>
      <w:r>
        <w:rPr>
          <w:color w:val="71717A"/>
          <w:sz w:val="18"/>
        </w:rPr>
        <w:tab/>
        <w:t>underrateart.pl · kontakt@underrateart.pl</w:t>
      </w:r>
    </w:p>
    <w:p>
      <w:r>
        <w:rPr>
          <w:b/>
          <w:sz w:val="30"/>
        </w:rPr>
        <w:t>Załącznik nr 1 – Wzór formularza odstąpienia od umowy</w:t>
      </w:r>
    </w:p>
    <w:p>
      <w:r>
        <w:rPr>
          <w:i/>
          <w:sz w:val="19"/>
        </w:rPr>
        <w:t>(formularz należy wypełnić i odesłać tylko w przypadku chęci odstąpienia od umowy; dotyczy umów ze Sprzedawcą-Przedsiębiorcą)</w:t>
      </w:r>
    </w:p>
    <w:p>
      <w:pPr>
        <w:pBdr>
          <w:left w:val="single" w:sz="24" w:space="4" w:color="7C3AED"/>
        </w:pBdr>
      </w:pPr>
      <w:r>
        <w:t>Adresat: Sprzedawca (nazwa, adres pocztowy i e-mail Sprzedawcy widoczne w zamówieniu) (do wiadomości: Operator</w:t>
      </w:r>
      <w:r>
        <w:rPr/>
        <w:t xml:space="preserve"> – Underrateart Kacper Jabłoński, ul. Milenijna 51/48, 03-130 Warszawa</w:t>
      </w:r>
      <w:r>
        <w:rPr/>
        <w:t>, kontakt@underrateart.pl)</w:t>
      </w:r>
    </w:p>
    <w:p>
      <w:r>
        <w:t>Ja/My(*) niniejszym informuję/informujemy(*) o moim/naszym odstąpieniu od umowy sprzedaży następujących rzeczy(*) / umowy o dostarczenie następujących treści cyfrowych(*) / umowy o świadczenie następującej usługi(*):</w:t>
      </w:r>
    </w:p>
    <w:p>
      <w:pPr>
        <w:spacing w:after="40"/>
        <w:pBdr>
          <w:bottom w:val="single" w:sz="6" w:space="4" w:color="A1A1AA"/>
        </w:pBdr>
      </w:pPr>
      <w:r>
        <w:t xml:space="preserve"> </w:t>
      </w:r>
    </w:p>
    <w:p>
      <w:pPr>
        <w:spacing w:after="40"/>
        <w:pBdr>
          <w:bottom w:val="single" w:sz="6" w:space="4" w:color="A1A1AA"/>
        </w:pBdr>
      </w:pPr>
      <w:r>
        <w:t xml:space="preserve"> </w:t>
      </w:r>
    </w:p>
    <w:p>
      <w:pPr>
        <w:spacing w:after="40"/>
        <w:pBdr>
          <w:bottom w:val="single" w:sz="6" w:space="4" w:color="A1A1AA"/>
        </w:pBdr>
      </w:pPr>
      <w:r>
        <w:t xml:space="preserve"> </w:t>
      </w:r>
    </w:p>
    <w:p>
      <w:pPr>
        <w:spacing w:after="40"/>
        <w:pBdr>
          <w:bottom w:val="single" w:sz="6" w:space="4" w:color="A1A1AA"/>
        </w:pBdr>
      </w:pPr>
      <w:r>
        <w:t xml:space="preserve"> </w:t>
      </w:r>
    </w:p>
    <w:p>
      <w:pPr>
        <w:spacing w:before="200" w:after="0"/>
      </w:pPr>
      <w:r>
        <w:rPr>
          <w:b/>
        </w:rPr>
        <w:t>Numer zamówienia:</w:t>
      </w:r>
    </w:p>
    <w:p>
      <w:pPr>
        <w:spacing w:after="40"/>
        <w:pBdr>
          <w:bottom w:val="single" w:sz="6" w:space="4" w:color="A1A1AA"/>
        </w:pBdr>
      </w:pPr>
      <w:r>
        <w:t xml:space="preserve"> </w:t>
      </w:r>
    </w:p>
    <w:p>
      <w:pPr>
        <w:spacing w:before="200" w:after="0"/>
      </w:pPr>
      <w:r>
        <w:rPr>
          <w:b/>
        </w:rPr>
        <w:t>Data zawarcia umowy(*) / odbioru(*):</w:t>
      </w:r>
    </w:p>
    <w:p>
      <w:pPr>
        <w:spacing w:after="40"/>
        <w:pBdr>
          <w:bottom w:val="single" w:sz="6" w:space="4" w:color="A1A1AA"/>
        </w:pBdr>
      </w:pPr>
      <w:r>
        <w:t xml:space="preserve"> </w:t>
      </w:r>
    </w:p>
    <w:p>
      <w:pPr>
        <w:spacing w:before="200" w:after="0"/>
      </w:pPr>
      <w:r>
        <w:rPr>
          <w:b/>
        </w:rPr>
        <w:t>Imię i nazwisko Konsumenta(-ów):</w:t>
      </w:r>
    </w:p>
    <w:p>
      <w:pPr>
        <w:spacing w:after="40"/>
        <w:pBdr>
          <w:bottom w:val="single" w:sz="6" w:space="4" w:color="A1A1AA"/>
        </w:pBdr>
      </w:pPr>
      <w:r>
        <w:t xml:space="preserve"> </w:t>
      </w:r>
    </w:p>
    <w:p>
      <w:pPr>
        <w:spacing w:before="200" w:after="0"/>
      </w:pPr>
      <w:r>
        <w:rPr>
          <w:b/>
        </w:rPr>
        <w:t>Adres Konsumenta(-ów):</w:t>
      </w:r>
    </w:p>
    <w:p>
      <w:pPr>
        <w:spacing w:after="40"/>
        <w:pBdr>
          <w:bottom w:val="single" w:sz="6" w:space="4" w:color="A1A1AA"/>
        </w:pBdr>
      </w:pPr>
      <w:r>
        <w:t xml:space="preserve"> </w:t>
      </w:r>
    </w:p>
    <w:p>
      <w:pPr>
        <w:spacing w:after="40"/>
        <w:pBdr>
          <w:bottom w:val="single" w:sz="6" w:space="4" w:color="A1A1AA"/>
        </w:pBdr>
      </w:pPr>
      <w:r>
        <w:t xml:space="preserve"> </w:t>
      </w:r>
    </w:p>
    <w:p>
      <w:pPr>
        <w:spacing w:before="200" w:after="0"/>
      </w:pPr>
      <w:r>
        <w:rPr>
          <w:b/>
        </w:rPr>
        <w:t>Podpis Konsumenta(-ów) (tylko jeżeli formularz jest przesyłany w wersji papierowej):</w:t>
      </w:r>
    </w:p>
    <w:p>
      <w:pPr>
        <w:spacing w:after="40"/>
        <w:pBdr>
          <w:bottom w:val="single" w:sz="6" w:space="4" w:color="A1A1AA"/>
        </w:pBdr>
      </w:pPr>
      <w:r>
        <w:t xml:space="preserve"> </w:t>
      </w:r>
    </w:p>
    <w:p>
      <w:pPr>
        <w:spacing w:before="200" w:after="0"/>
      </w:pPr>
      <w:r>
        <w:rPr>
          <w:b/>
        </w:rPr>
        <w:t>Data:</w:t>
      </w:r>
    </w:p>
    <w:p>
      <w:pPr>
        <w:spacing w:after="40"/>
        <w:pBdr>
          <w:bottom w:val="single" w:sz="6" w:space="4" w:color="A1A1AA"/>
        </w:pBdr>
      </w:pPr>
      <w:r>
        <w:t xml:space="preserve"> </w:t>
      </w:r>
    </w:p>
    <w:p>
      <w:r>
        <w:rPr>
          <w:i/>
          <w:sz w:val="19"/>
        </w:rPr>
        <w:t>(*) Niepotrzebne skreślić.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